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- חוסן, חברות ותקווה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הצבעים בקלפי השיח ואת הנושא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בדרכים מתוך קלפי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לשים לב לחבר/ה שזקוק/ה לעזרה ולדעת למי לפנות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תקווה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מודעות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השיתוף רשות - כתוב בכל 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הוא רשות,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לחכות שהרכבים ייעצרו ורק אז לחצות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שלט בטיחות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(עצירה מלאה והסתכלות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(עיגול אדום עם פס לבן - אסור להיכנס)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(מאטים ושומרים מרחק מהרכב שלפנינו)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(הרבה עיקולים ברצף - שומרים על שקט ברכב)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ורוד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הקלף מתאים לנושא הצבע שנבחר, מנוסח כשאלה פתוחה ולא מחייבת שיתוף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כחול-מודעות עצמית, ורוד-קבוצת השווים, ירוק-ניהול עצמי, צהוב-תקווה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לחצות רק במעבר חציה, לחכות שהרכבים יעצרו, להסתכל ולהקשיב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 מורים, נאמני חוסן תלמידים או 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שיעור במשיכת קלף אקראי אחד ולדון בו כקבוצה, תוך הדגשה שהשיתוף הוא רשות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קלפי הבטיחות מתאימים גם למשחק תחנות או זיכרון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לגרסה המותאמת ניתן לוותר על פריטים המסומנים כקשים יותר ולהתמקד בהבנה 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- חוסן, חברות ותקווה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התוכן של קלפי השיח: ארבעת הצבעים (מודעות עצמית, קבוצת השווים, ניהול עצמי, תקווה ועתיד), קלפי הבטיחות בדרכים וקלפי החברות והחוסן.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ורוד  ·  לעצור  ·  מעבר חציה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קלף בצבע צהוב עוסק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ניהול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תקווה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קבוצת השווים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קלף בצבע כחול עוסק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מודעות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קבוצת השווים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שלט מתומן אדום בכביש פירושו...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תן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עצור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קלף שיח אפשר תמיד לדלג ולא חובה לשתף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חובה לשתף תשובה בקול רם בכל קלף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לחצות כביש גם אם הרכבים עדיין לא עצרו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שלט בטיחות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הרבה עיקולים ברצף - שומרים על שקט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אין 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מאטים ושומרים מרחק מהרכב שלפנינו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ירידה 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עיגול אדום עם פס לבן - אסור להיכנס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דרך מפותלת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עצירה מלאה והסתכלות לכל הכיוונים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קלף __________ עוסק בקבוצת השווים ובהושטת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חוצים את הכביש רק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נהג/ת עייף/ה צריך/ה __________ במקום בטוח ולנוח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מארבעת הצבעים בקלפי השיח וכתבו קלף שיח חדש - שאלה פתוחה שמתאימה לנושא הצבע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הצבעים בקלפי השיח ולמה כל אחד מתייחס?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לזכור כשחוצים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- חוסן, חברות ותקווה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