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מנווטים נכון: חוסן, בטיחות וקבלת החלטות בנובמבר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קלפי שיח - חוסן, חברות ותקווה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ארבעת הצבעים בקלפי השיח ואת הנושא של כל אחד מהם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כללי בטיחות בדרכים מתוך קלפי הבטיחות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דרכים לשים לב לחבר/ה שזקוק/ה לעזרה ולדעת למי לפנות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 - בחירה מרובה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תקווה ועתיד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מודעות עצמית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עצור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תן זכות קדימה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כשיוצאים מהרכב בצד הדרך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יועצת, נאמני חוסן מורים או תלמידים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השיתוף רשות - כתוב בכל קלף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השיתוף הוא רשות, לא חובה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צריך לחכות שהרכבים ייעצרו ורק אז לחצות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חגורה נדרשת בכל נסיעה, גם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זה דווקא שימוש באומץ, לא בחולשה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נאמנות אמיתית היא לדאוג לשלום החבר ולספר למבוגר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התאימו שלט בטיחות למשמעות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(עצירה מלאה והסתכלות לכל הכיוונים)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(עיגול אדום עם פס לבן - אסור להיכנס)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(מאטים ושומרים מרחק מהרכב שלפנינו)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(הרבה עיקולים ברצף - שומרים על שקט ברכב)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(לובשים כשיוצאים מהרכב בצד הדרך)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ורוד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האט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מעבר חציה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לעצור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ציור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הקלף מתאים לנושא הצבע שנבחר, מנוסח כשאלה פתוחה ולא מחייבת שיתוף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שכוללת שימת לב, שאלה עדינה, הקשבה ופנייה למבוגר אחראי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כחול-מודעות עצמית, ורוד-קבוצת השווים, ירוק-ניהול עצמי, צהוב-תקווה ועתיד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לחצות רק במעבר חציה, לחכות שהרכבים יעצרו, להסתכל ולהקשיב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יועצת, נאמני חוסן מורים, נאמני חוסן תלמידים או מבוגר אחראי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שיעור במשיכת קלף אקראי אחד ולדון בו כקבוצה, תוך הדגשה שהשיתוף הוא רשות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קלפי הבטיחות מתאימים גם למשחק תחנות או זיכרון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לגרסה המותאמת ניתן לוותר על פריטים המסומנים כקשים יותר ולהתמקד בהבנה בסיסית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מנווטים נכון: חוסן, בטיחות וקבלת החלטות בנובמבר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קלפי שיח - חוסן, חברות ותקווה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על הקלפים: צבעים שונים, כללי בטיחות בדרך, ואיך עוזרים לחבר שקשה לו.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חוסן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היכולת להתמודד עם קשיים ולהמשיך הלאה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מודעות עצמית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להכיר את הרגשות והמחשבות שלי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ניהול עצמי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לדעת לווסת את ההתנהגות וההרגשה שלי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קבוצת השווים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חברים ובני גיל דומה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זכות קדימה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לתת לרכב אחר לעבור קודם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אפוד זוהר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בגד שמאיר כדי שיראו אותנו בדרך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נאמן/ת חוסן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תלמיד/ה או מורה שאפשר לפנות אליהם לעזרה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מעבר חציה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מסומן לחצות בו את הכביש בבטחה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כללית - בחירה מרובה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קלף צהוב - באיזה נושא?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ניהול עצמי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תקווה ועתיד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קבוצת השווים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מודעות עצמית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קלף כחול - באיזה נושא?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מודעות עצמית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תקווה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קבוצת השווים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ניהול עצמי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שלט האדום בצורת מתומן אומר?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האט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תן זכות קדימה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עצור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כניסה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השלט המשולש ההפוך אומר?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תן זכות קדימה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עצור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ירידה תלולה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כניסה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מתי צריך אפוד זוהר?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בלילה בבית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כשיוצאים מהרכב בצד הדרך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בחגים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כשנוסעים באוטובוס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למי אפשר לפנות כשדואגים לחבר?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ההורים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יועצת, נאמני חוסן מורים או תלמידים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אף אחד, זה סוד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המשטרה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בכל קלף שיח אפשר תמיד לדלג ולא חובה לשתף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חובה לשתף תשובה בקול רם בכל קלף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לחצות כביש גם אם הרכבים עדיין לא עצרו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צריך לחגור חגורת בטיחות גם בנסיעה קצרה מאוד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שאומר 'קשה לי' מראה חולשה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חבר/ה נאמן/ה חייב/ת לשמור כל סוד גם אם הוא מסכן את החבר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התאימו שלט בטיחות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עצור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עיגול אדום עם פס לבן - אסור להיכנס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אין כניסה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הרבה עיקולים ברצף - שומרים על שקט ברכב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ירידה תלולה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עצירה מלאה והסתכלות לכל הכיוונים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דרך מפותלת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לובשים כשיוצאים מהרכב בצד הדרך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אפוד זוהר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מאטים ושומרים מרחק מהרכב שלפנינו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קלף __________ עוסק בקבוצת השווים ובהושטת 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לפני עיקול או צומת מורידים מהירות - זה שלט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חוצים את הכביש רק ב__________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נהג/ת עייף/ה צריך/ה __________ במקום בטוח ולנוח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משפט חם אחד יכול לשנות למישהו את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כלי שיכול לעזור להירגע הוא נשימה, מוזיקה, הליכה או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אחד מארבעת הצבעים בקלפי השיח וכתבו קלף שיח חדש - שאלה פתוחה שמתאימה לנושא הצבע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תארו מצב שבו שמתם לב שחבר/ה שקט/ה מהרגיל - מה הייתם עושים ולמי הייתם פונים?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ארבעת הצבעים בקלפי השיח ולמה כל אחד מתייחס?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חשוב לזכור כשחוצים כביש?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למי אפשר לפנות כשדואגים לחבר/ה?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קלפי שיח - חוסן, חברות ותקווה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