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- חוסן, חברות ותקווה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הצבעים בקלפי השיח ואת הנושא של כל אחד מהם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כללי בטיחות בדרכים מתוך קלפי הבטיחות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דרכים לשים לב לחבר/ה שזקוק/ה לעזרה ולדעת למי לפנות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תקווה ועתיד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מודעות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תן זכות קדימה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כשיוצאים מהרכב בצד הדרך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יועצת, נאמני חוסן מורים או תלמידים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השיתוף רשות - כתוב בכל קלף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השיתוף הוא רשות, לא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צריך לחכות שהרכבים ייעצרו ורק אז לחצות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חגורה נדרשת בכל נסיעה, גם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דווקא שימוש באומץ, לא בחולשה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נאמנות אמיתית היא לדאוג לשלום החבר ולספר למבוגר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שלט בטיחות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(עצירה מלאה והסתכלות לכל הכיוונים)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(עיגול אדום עם פס לבן - אסור להיכנס)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(מאטים ושומרים מרחק מהרכב שלפנינו)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(הרבה עיקולים ברצף - שומרים על שקט ברכב)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(לובשים כשיוצאים מהרכב בצד הדרך)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ורוד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מעבר חציה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ציור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הקלף מתאים לנושא הצבע שנבחר, מנוסח כשאלה פתוחה ולא מחייבת שיתוף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שכוללת שימת לב, שאלה עדינה, הקשבה ופנייה למבוגר אחראי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כחול-מודעות עצמית, ורוד-קבוצת השווים, ירוק-ניהול עצמי, צהוב-תקווה ועתיד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לחצות רק במעבר חציה, לחכות שהרכבים יעצרו, להסתכל ולהקשיב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יועצת, נאמני חוסן מורים, נאמני חוסן תלמידים או 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שיעור במשיכת קלף אקראי אחד ולדון בו כקבוצה, תוך הדגשה שהשיתוף הוא רשות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קלפי הבטיחות מתאימים גם למשחק תחנות או זיכרון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לגרסה המותאמת ניתן לוותר על פריטים המסומנים כקשים יותר ולהתמקד בהבנה בסיסית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שיח - חוסן, חברות ותקווה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התוכן של קלפי השיח: ארבעת הצבעים (מודעות עצמית, קבוצת השווים, ניהול עצמי, תקווה ועתיד), קלפי הבטיחות בדרכים וקלפי החברות והחוסן.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קלף בצבע צהוב עוסק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ניהול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תקווה ועתיד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קבוצת השווים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מודעות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קלף בצבע כחול עוסק ב...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מודעות עצמית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קבוצת השווים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ניהול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שלט מתומן אדום בכביש פירושו...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תן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כניסה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שלט משולש הפוך בכביש פירושו...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תן זכות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ירידה תלולה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כניסה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לובשים אפוד זוהר?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בלילה בבית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כשיוצאים מהרכב בצד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כשנוסעים באוטובוס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מי יכול לעזור כשדואגים לחבר/ה?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ההורים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יועצת, נאמני חוסן מורים או 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אף אחד, זה סוד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המשטרה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קלף שיח אפשר תמיד לדלג ולא חובה לשתף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חובה לשתף תשובה בקול רם בכל קלף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לחצות כביש גם אם הרכבים עדיין לא עצרו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צריך לחגור חגורת בטיחות גם בנסיעה קצרה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שאומר 'קשה לי' מראה חולשה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חבר/ה נאמן/ה חייב/ת לשמור כל סוד גם אם הוא מסכן את החבר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התאימו שלט בטיחות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עצור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הרבה עיקולים ברצף - שומרים על שקט ברכב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אין כניסה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עצירה מלאה והסתכלות לכל הכיוונים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ירידה תלולה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לובשים כשיוצאים מהרכב בצד הדרך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דרך מפותלת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מאטים ושומרים מרחק מהרכב שלפנינו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אפוד זוהר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עיגול אדום עם פס לבן - אסור להיכנס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קלף __________ עוסק בקבוצת השווים ובהושטת 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לפני עיקול או צומת מורידים מהירות - זה שלט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חוצים את הכביש רק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נהג/ת עייף/ה צריך/ה __________ במקום בטוח ולנוח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משפט חם אחד יכול לשנות למישהו את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כלי שיכול לעזור להירגע הוא נשימה, מוזיקה, הליכה או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מארבעת הצבעים בקלפי השיח וכתבו קלף שיח חדש - שאלה פתוחה שמתאימה לנושא הצבע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שמתם לב שחבר/ה שקט/ה מהרגיל - מה הייתם עושים ולמי הייתם פונים?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ארבעת הצבעים בקלפי השיח ולמה כל אחד מתייחס?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חשוב לזכור כשחוצים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אפשר לפנות כשדואגים לחבר/ה?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שיח - חוסן, חברות ותקווה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